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Suresh</w:t>
      </w:r>
    </w:p>
    <w:p>
      <w:r>
        <w:t>Senior .NET Developer | Azure Solutions | Power BI | Full Stack Engineer</w:t>
      </w:r>
    </w:p>
    <w:p>
      <w:pPr>
        <w:pStyle w:val="Heading1"/>
      </w:pPr>
      <w:r>
        <w:t>Professional Summary</w:t>
      </w:r>
    </w:p>
    <w:p>
      <w:r>
        <w:t>Results-driven Senior Software Developer with 10+ years of experience in designing, developing, and deploying scalable applications using Microsoft technologies. Expertise in ASP.NET MVC/Core, C#, MS SQL Server, and Azure cloud services. Strong background in building enterprise-grade solutions, offline-first mobile applications, and data-driven dashboards using Power BI. Extensive experience working with NGOs and solving real-world problems in low-connectivity environments.</w:t>
      </w:r>
    </w:p>
    <w:p>
      <w:pPr>
        <w:pStyle w:val="Heading1"/>
      </w:pPr>
      <w:r>
        <w:t>Technical Skills</w:t>
      </w:r>
    </w:p>
    <w:p>
      <w:r>
        <w:t>Languages: C#, SQL, JavaScript</w:t>
        <w:br/>
        <w:t>Frameworks: ASP.NET MVC, ASP.NET Core, Web Forms</w:t>
        <w:br/>
        <w:t>Database: MS SQL Server, MySQL, SQLite</w:t>
        <w:br/>
        <w:t>Cloud: Microsoft Azure (App Services, Azure SQL, APIs, Container Apps)</w:t>
        <w:br/>
        <w:t>Frontend: HTML, CSS, JavaScript, React.js</w:t>
        <w:br/>
        <w:t>Mobile: Cordova (Hybrid Mobile Apps with offline sync)</w:t>
        <w:br/>
        <w:t>BI &amp; Analytics: Power BI (Data Modeling, DAX, Dashboards, Reporting)</w:t>
        <w:br/>
        <w:t>Tools: Git, IIS, Visual Studio, REST APIs</w:t>
      </w:r>
    </w:p>
    <w:p>
      <w:pPr>
        <w:pStyle w:val="Heading1"/>
      </w:pPr>
      <w:r>
        <w:t>Professional Experience</w:t>
      </w:r>
    </w:p>
    <w:p>
      <w:r>
        <w:t>Senior Software Developer</w:t>
        <w:br/>
        <w:t>- Architected and developed multi-module enterprise applications using ASP.NET MVC and .NET Core.</w:t>
        <w:br/>
        <w:t>- Designed and optimized complex MS SQL Server databases, improving query performance and efficiency.</w:t>
        <w:br/>
        <w:t>- Implemented Azure-based solutions including App Services, Azure SQL, and Container Apps.</w:t>
        <w:br/>
        <w:t>- Built offline-first mobile applications using Cordova with SQLite and sync mechanisms.</w:t>
        <w:br/>
        <w:t>- Developed Power BI dashboards enabling data-driven decision making.</w:t>
        <w:br/>
        <w:t>- Led full project lifecycle from requirement gathering to deployment.</w:t>
        <w:br/>
        <w:t>- Integrated APIs and third-party services.</w:t>
        <w:br/>
        <w:t>- Built systems for remote environments with poor connectivity.</w:t>
      </w:r>
    </w:p>
    <w:p>
      <w:pPr>
        <w:pStyle w:val="Heading1"/>
      </w:pPr>
      <w:r>
        <w:t>Key Projects</w:t>
      </w:r>
    </w:p>
    <w:p>
      <w:r>
        <w:t>- NGO Management Systems – Customized solutions for NGOs including reporting and analytics.</w:t>
        <w:br/>
        <w:t>- Offline Data Sync Mobile App – Cordova apps with local DB and sync.</w:t>
        <w:br/>
        <w:t>- Power BI Analytics Suite – KPI dashboards and insights.</w:t>
        <w:br/>
        <w:t>- ERP System – Modular ASP.NET MVC system with 30+ modules.</w:t>
        <w:br/>
        <w:t>- Azure-based Applications – Scalable deployments on cloud.</w:t>
      </w:r>
    </w:p>
    <w:p>
      <w:pPr>
        <w:pStyle w:val="Heading1"/>
      </w:pPr>
      <w:r>
        <w:t>Education</w:t>
      </w:r>
    </w:p>
    <w:p>
      <w:r>
        <w:t>Bachelor’s Degree in Computer Science (or related field)</w:t>
      </w:r>
    </w:p>
    <w:p>
      <w:r>
        <w:t>Location: Rajasthan, India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